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משלימים הקשורים לעלילה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מתאמנת כל יום במגרש ליד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בתחילת המשחק נכנס גול בין הרגליים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מיכל מבקיעה גול ומשווה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בהפסקה יונתן והמאמנת דנה מעודדים את תמר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נכנס גול בין הרגליים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יונתן ודנה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המשחק נגמר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האירוע האחרון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יונתן ודנה הם שמעודדים את תמר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(שוערת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(מאמנת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(מבקיעה גול 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(שחקן שצריך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תפסה את בעיטת העונשין והמשחק נגמר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מתאמנת קרה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יונתן ודנה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בתיקו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סדר האירועים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להציג את האירועים על כרטיסיות נפרדות לסידור פיזי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סדר האירועים בסיפור על תמר השוערת, מהאימונים שלה ועד סוף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דנה  ·  מיכל  ·  מגרש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בהפסקה יונתן והמאמנת דנה מעודדים את תמר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מיכל מבקיעה גול ומשווה את התוצאה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מתאמנת כל יום במגרש ליד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המשחק נכנס גול בין הרגליים של תמר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קרה בתחילת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 הבקיעה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נכנס גול בין הרגליים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המשחק נגמר בתיקו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מעודד את תמר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מיכל ועומר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יונתן ודנה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נגמר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הקבוצה של תמר מפסידה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הקבוצה של תמר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המשחק נגמר בתיקו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תופסת את בעיטת העונשין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מיכל מעודדת את תמר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מתאמנת כל יום ב__________ ליד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מבקיעה גול ומשווה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בהפסקה יונתן והמאמנת __________ מעודדים את תמר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שחקן שצריך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מבקיעה גול משווה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שוערת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מאמנת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במילים שלכם מה קרה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ראשון בסיפור - תמר מתאמנת או תמר תופסת בעיטת 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עודד את תמר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האירועים בסיפור "ידיים של זהב"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