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משלימים הקשורים לעלילה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מתאמנת כל יום במגרש ליד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בתחילת המשחק נכנס גול בין הרגליים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מיכל מבקיעה גול ומשווה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בהפסקה יונתן והמאמנת דנה מעודדים את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תמר בועטת את הכדור החוצה כדי שיעזרו לעומר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תמר תופסת את בעיטת העונשין, והמשחק נגמר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נכנס גול בין הרגליים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יונתן ודנה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המשחק נגמר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שיעזרו לעומר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במגרש ליד 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האירוע האחרון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יונתן ודנה הם שמעודדים את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נגמר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קרה בתחילת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(שוערת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(מאמנת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(מבקיעה גול משווה)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(שחקן שצריך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(מעודד את תמר)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תפסה את בעיטת העונשין והמשחק נגמר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תרגול יומיומי עוזר לשפר מיומנויות ולהתכונן למשחקים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מתאמנת קרה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יונתן ודנה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בתיקו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סדר האירועים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להציג את האירועים על כרטיסיות נפרדות לסידור פיזי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קרה קודם ומה קרה אחר כך בסיפור על תמר השוערת.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שחקנית שתפקידה לתפוס את הכדור בשער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בעיטת 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בעיטה מיוחדת מול השוער בלי שחקנים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כששתי הקבוצות מסיימות עם אותה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שמנחה ומלמדת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משווה 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מבקיעה גול שמשווה בין הקבוצות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עידוד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טובות שעוזרות למישהו להמשיך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בועטת את הכדור החוצה כדי שיעזרו לעומר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תופסת את בעיטת העונשין, והמשחק נגמר בתיקו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יונתן והמאמנת דנה מעודדים את תמר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המשחק נכנס גול בין הרגליים של תמר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מיכל מבקיעה גול ומשווה את התוצאה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מתאמנת כל יום במגרש ליד 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 הבקיעה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נכנס גול בין הרגליים של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 בתיקו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 תפסה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מבקיעה גול 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מדבר עם תמר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מיכל ועומר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 ודנה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התוצאה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הקבוצה של תמר מפסידה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הקבוצה של תמר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 בתיקו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לא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תמר בועטת את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שיעזרו לעומר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תמר מתרגלת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באצטדיון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בחצר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תופסת את בעיטת העונשין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מיכל מעודדת את תמר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נגמר בניצחון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מתאמנת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הגול הראשון במשחק נכנס בין הרגליים של 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מתאמנת כל יום ב__________ ליד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מבקיעה גול ומשווה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בהפסקה יונתן והמאמנת __________ מעודדים את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 בועטת את הכדור החוצה כדי שיעזרו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המשחק נגמר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מאמנת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שחקן שצריך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מעודד את תמר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שוערת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מבקיעה גול משווה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מה קרה בסוף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שתמר מתאמנת כל יום?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ראשון בסיפור - תמר מתאמנת או תמר תופסת בעיטת 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עודד את תמר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נגמר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האירועים בסיפור "ידיים של זהב"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