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האירועים בסיפור "ידיים של זהב"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סדר האירועים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דרך משפטים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משלימים הקשורים לעלילה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תמר מתאמנת כל יום במגרש ליד 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בתחילת המשחק נכנס גול בין הרגליים של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מיכל מבקיעה גול ומשווה את התוצאה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בהפסקה יונתן והמאמנת דנה מעודדים את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תמר בועטת את הכדור החוצה כדי שיעזרו לעומר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תמר תופסת את בעיטת העונשין, והמשחק נגמר בתיקו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נכנס גול בין הרגליים של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מיכל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יונתן ודנה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המשחק נגמר בתיקו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כדי שיעזרו לעומר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במגרש ליד הבית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האירוע האחרון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יונתן ודנה הם שמעודדים את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המשחק נגמר בתיקו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קרה בתחילת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תיקו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(שוערת הקבוצה)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(מאמנת הקבוצה)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(מבקיעה גול משווה)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(שחקן שצריך עזרה)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(מעודד את תמר)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תמר תפסה את בעיטת העונשין והמשחק נגמר בתיקו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תרגול יומיומי עוזר לשפר מיומנויות ולהתכונן למשחקים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תמר מתאמנת קרה קודם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יונתן ודנה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בתיקו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לפני התרגול כדי לרענן את הזיכרון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את סדר האירועים בעל פה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להציג את האירועים על כרטיסיות נפרדות לסידור פיזי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האירועים בסיפור "ידיים של זהב"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סדר האירועים בסיפור על תמר השוערת, מהאימונים שלה ועד סוף המשחק.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בהפסקה יונתן והמאמנת דנה מעודדים את תמר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בועטת את הכדור החוצה כדי שיעזרו לעומר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מתאמנת כל יום במגרש ליד הבית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בתחילת המשחק נכנס גול בין הרגליים של תמר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תופסת את בעיטת העונשין, והמשחק נגמר בתיקו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מיכל מבקיעה גול ומשווה את התוצאה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קרה בתחילת המשחק?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תמר הבקיעה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נכנס גול בין הרגליים של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המשחק נגמר בתיקו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תמר תפסה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משווה את התוצאה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יונתן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מעודד את תמר בהפסקה?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מיכל ועומר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יונתן ודנה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עומר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נגמר המשחק?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הקבוצה של תמר מפסידה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הקבוצה של תמר מנצחת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המשחק נגמר בתיקו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המשחק לא נגמר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תמר בועטת את הכדור החוצה?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היא כועסת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שיעזרו לעומר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המשחק נגמר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היא עייפה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איפה תמר מתאמנת?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במגרש ליד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באצטדיון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בחצר בית הספר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תופסת את בעיטת העונשין בסוף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מיכל מעודדת את תמר בהפסקה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נגמר בניצחון גדול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מתאמנת כל 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הגול הראשון במשחק נכנס בין הרגליים של תמר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תמר מתאמנת כל יום ב__________ ליד 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מבקיעה גול ומשווה את התוצאה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בהפסקה יונתן והמאמנת __________ מעודדים את תמר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תמר בועטת את הכדור החוצה כדי שיעזרו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המשחק נגמר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מעודד את תמר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מבקיעה גול משווה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שחקן שצריך עזרה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עומר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מאמנת הקבוצה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יונתן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שוערת הקבוצה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במילים שלכם מה קרה בסוף 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שתמר מתאמנת כל יום? הסבירו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ראשון בסיפור - תמר מתאמנת או תמר תופסת בעיטת עונשין?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עודד את תמר בהפסקה?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נגמר המשחק?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סדר האירועים בסיפור "ידיים של זהב"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